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Правила по ОТ при эксплуатации электроустановок (приказ Минтруда № 903н)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Перечень должностей и профессий неэлектротехнического персонала с I группой по электробезопасности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Настоящий Перечень должностей и профессий неэлектротехнического персонала, которым по роду выполняемой работы необходимо присвоение I группы по электробезопасности, разработан на основании Правил по охране труда при эксплуатации электроустановок, утвержденных приказом Минтруда России № 903н.</w:t>
      </w:r>
    </w:p>
    <w:p>
      <w:pPr>
        <w:ind w:firstLine="567"/>
        <w:jc w:val="both"/>
      </w:pPr>
      <w:r>
        <w:t>I группа по электробезопасности присваивается неэлектротехническому персоналу, использующему в работе электрооборудование, не требующее специального электротехнического образования. Перечень определяет категории работников, подлежащих инструктажу и проверке знаний в объеме требований, предъявляемых к I группе по электробезопасности.</w:t>
      </w:r>
    </w:p>
    <w:p>
      <w:pPr>
        <w:spacing w:before="200"/>
      </w:pPr>
      <w:r>
        <w:rPr>
          <w:b/>
          <w:color w:val="186872"/>
          <w:sz w:val="24"/>
        </w:rPr>
        <w:t>2. Перечень должностей и профессий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Должность/профессия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Подразделение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Используемое электрооборудование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Менеджер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подразделения]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Персональный компьютер, оргтехника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Бухгалтер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подразделения]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Персональный компьютер, оргтехника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Уборщик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подразделения]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Пылесос, поломоечная машина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Повар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подразделения]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Электроплита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Секретарь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подразделения]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Персональный компьютер, оргтехника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